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«Волга-Опт» (ИНН 1655000000)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ИП Смирнова Ольга Викторовна (ИНН 165800000000)</w:t>
        <w:br/>
      </w:r>
      <w:r>
        <w:rPr>
          <w:b w:val="0"/>
          <w:sz w:val="24"/>
        </w:rPr>
        <w:t>Исх. № 16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ПИСЬМО</w:t>
      </w:r>
    </w:p>
    <w:p>
      <w:pPr>
        <w:spacing w:after="200" w:before="0"/>
        <w:jc w:val="center"/>
      </w:pPr>
      <w:r>
        <w:rPr>
          <w:b/>
          <w:sz w:val="24"/>
        </w:rPr>
        <w:t>об уточнении назначения платежа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ИП Смирнова Ольга Викторовна (ИНН 165800000000) просит считать назначение платежа на сумму 64 500 (шестьдесят четыре тысячи пятьсот) рублей 00 копеек (платёжное поручение № 233 от 21.10.2026) следующим: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«Оплата по УПД № 402 от 12.08.2026 по договору поставки № П-17/2026 от 23.01.2026, без НДС».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Ранее в платёжном поручении ошибочно указано: «Оплата по счёту № 401 от 10.08.2026 за товар, без НДС».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учесть указанный платёж в соответствии с уточнённым назначением и отразить это в расчётах и акте сверки.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уточнении назначения платежа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