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Исх. № ______________________________ от «___» ____________ 20___ г.</w:t>
      </w:r>
    </w:p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</w:r>
    </w:p>
    <w:p>
      <w:pPr>
        <w:spacing w:after="200" w:before="0"/>
        <w:jc w:val="center"/>
      </w:pPr>
      <w:r>
        <w:rPr>
          <w:b/>
          <w:sz w:val="24"/>
        </w:rPr>
        <w:t>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Уважаемый(-ая) коллега! Просим ______________________________ предоставить следующие документы (сведения):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Документы просим передать ______________________________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Заранее благодарим за сотрудничество.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Письмо-запрос документов и информации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