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Адрес: ______________________________</w:t>
        <w:br/>
      </w:r>
      <w:r>
        <w:rPr>
          <w:b w:val="0"/>
          <w:sz w:val="24"/>
        </w:rPr>
        <w:br/>
      </w:r>
      <w:r>
        <w:rPr>
          <w:b w:val="0"/>
          <w:sz w:val="24"/>
        </w:rPr>
        <w:t>от ______________________________</w:t>
        <w:br/>
      </w:r>
      <w:r>
        <w:rPr>
          <w:b w:val="0"/>
          <w:sz w:val="24"/>
        </w:rPr>
        <w:t>Адрес: ______________________________</w:t>
        <w:br/>
      </w:r>
      <w:r>
        <w:rPr>
          <w:b w:val="0"/>
          <w:sz w:val="24"/>
        </w:rPr>
        <w:t>______________________________</w:t>
      </w:r>
    </w:p>
    <w:p>
      <w:pPr>
        <w:spacing w:after="40" w:before="0"/>
        <w:jc w:val="center"/>
      </w:pPr>
      <w:r>
        <w:rPr>
          <w:b/>
          <w:sz w:val="28"/>
        </w:rPr>
        <w:t>ПРЕТЕНЗИЯ</w:t>
      </w:r>
    </w:p>
    <w:p>
      <w:pPr>
        <w:spacing w:after="200" w:before="0"/>
        <w:jc w:val="center"/>
      </w:pPr>
      <w:r>
        <w:rPr>
          <w:b/>
          <w:sz w:val="24"/>
        </w:rPr>
        <w:t>о выплате штрафа за просрочку доставки пассажира</w:t>
      </w:r>
    </w:p>
    <w:p>
      <w:pPr>
        <w:spacing w:after="80" w:before="0"/>
        <w:ind w:firstLine="709"/>
        <w:jc w:val="both"/>
      </w:pPr>
      <w:r>
        <w:rPr>
          <w:b w:val="0"/>
          <w:sz w:val="24"/>
        </w:rPr>
        <w:t>Мною приобретён билет № ______________________________ на рейс ______________________________ от «___» ____________ 20___ г. Плановое время прибытия — ______________________________, фактическое — ______________________________. Таким образом, просрочка доставки пассажира в пункт назначения составила ____ (______________) часов.</w:t>
      </w:r>
    </w:p>
    <w:p>
      <w:pPr>
        <w:spacing w:after="80" w:before="0"/>
        <w:ind w:firstLine="709"/>
        <w:jc w:val="both"/>
      </w:pPr>
      <w:r>
        <w:rPr>
          <w:b w:val="0"/>
          <w:sz w:val="24"/>
        </w:rPr>
        <w:t>Согласно статье 120 Воздушного кодекса РФ за просрочку доставки пассажира в пункт назначения перевозчик уплачивает штраф в размере ста рублей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либо иных обстоятельств, не зависящих от перевозчика. Пассажир также вправе потребовать возмещения убытков в полном объёме сверх штрафа.</w:t>
      </w:r>
    </w:p>
    <w:p>
      <w:pPr>
        <w:spacing w:after="80" w:before="0"/>
        <w:ind w:firstLine="709"/>
        <w:jc w:val="both"/>
      </w:pPr>
      <w:r>
        <w:rPr>
          <w:b w:val="0"/>
          <w:sz w:val="24"/>
        </w:rPr>
        <w:t>Провозная плата составила ____________ (____________________________________) рублей. На основании статей 120, 124 Воздушного кодекса РФ прошу в течение 30 дней со дня поступления претензии (ст. 127.1 ВК РФ) выплатить мне штраф в размере ____________ (____________________________________) рублей по реквизитам: ____________________________________________________________.</w:t>
      </w:r>
    </w:p>
    <w:p>
      <w:pPr>
        <w:spacing w:after="80" w:before="0"/>
        <w:ind w:firstLine="709"/>
        <w:jc w:val="both"/>
      </w:pPr>
      <w:r>
        <w:rPr>
          <w:b w:val="0"/>
          <w:sz w:val="24"/>
        </w:rPr>
        <w:t>В случае отказа я обращусь в суд с требованием о взыскании указанных сумм, компенсации морального вреда и штрафа по пункту 6 статьи 13 Закона РФ «О защите прав потребителей».</w:t>
      </w:r>
    </w:p>
    <w:p>
      <w:pPr>
        <w:spacing w:after="80" w:before="0"/>
        <w:ind w:firstLine="709"/>
        <w:jc w:val="both"/>
      </w:pPr>
      <w:r>
        <w:rPr>
          <w:b w:val="0"/>
          <w:sz w:val="24"/>
        </w:rPr>
        <w:t>Приложение: копии маршрутной квитанции электронного билета, посадочного талона.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авиакомпании за задержку рейса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