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ПАО «Аэрофлот»</w:t>
        <w:br/>
      </w:r>
      <w:r>
        <w:rPr>
          <w:b w:val="0"/>
          <w:sz w:val="24"/>
        </w:rPr>
        <w:t>Адрес: 119019, г. Москва, ул. Арбат, д. 1</w:t>
        <w:br/>
      </w:r>
      <w:r>
        <w:rPr>
          <w:b w:val="0"/>
          <w:sz w:val="24"/>
        </w:rPr>
        <w:br/>
      </w:r>
      <w:r>
        <w:rPr>
          <w:b w:val="0"/>
          <w:sz w:val="24"/>
        </w:rPr>
        <w:t>от Белоусова Екатерина Андреевна</w:t>
        <w:br/>
      </w:r>
      <w:r>
        <w:rPr>
          <w:b w:val="0"/>
          <w:sz w:val="24"/>
        </w:rPr>
        <w:t>Адрес: г. Сочи, ул. Навагинская, д. 9, кв. 14</w:t>
        <w:br/>
      </w:r>
      <w:r>
        <w:rPr>
          <w:b w:val="0"/>
          <w:sz w:val="24"/>
        </w:rPr>
        <w:t>+7 918 555-00-11, belousova@example.ru</w:t>
      </w:r>
    </w:p>
    <w:p>
      <w:pPr>
        <w:spacing w:after="40" w:before="0"/>
        <w:jc w:val="center"/>
      </w:pPr>
      <w:r>
        <w:rPr>
          <w:b/>
          <w:sz w:val="28"/>
        </w:rPr>
        <w:t>ПРЕТЕНЗИЯ</w:t>
      </w:r>
    </w:p>
    <w:p>
      <w:pPr>
        <w:spacing w:after="200" w:before="0"/>
        <w:jc w:val="center"/>
      </w:pPr>
      <w:r>
        <w:rPr>
          <w:b/>
          <w:sz w:val="24"/>
        </w:rPr>
        <w:t>о выплате штрафа за просрочку доставки пассажира</w:t>
      </w:r>
    </w:p>
    <w:p>
      <w:pPr>
        <w:spacing w:after="80" w:before="0"/>
        <w:ind w:firstLine="709"/>
        <w:jc w:val="both"/>
      </w:pPr>
      <w:r>
        <w:rPr>
          <w:b w:val="0"/>
          <w:sz w:val="24"/>
        </w:rPr>
        <w:t>Мною приобретён билет № 555 2412345678 на рейс SU 1137 Москва (Шереметьево) — Сочи от 14 августа 2026 г. Плановое время прибытия — 14.08.2026 12:40 (мск), фактическое — 14.08.2026 21:10 (мск). Таким образом, просрочка доставки пассажира в пункт назначения составила 8 (восемь) часов.</w:t>
      </w:r>
    </w:p>
    <w:p>
      <w:pPr>
        <w:spacing w:after="80" w:before="0"/>
        <w:ind w:firstLine="709"/>
        <w:jc w:val="both"/>
      </w:pPr>
      <w:r>
        <w:rPr>
          <w:b w:val="0"/>
          <w:sz w:val="24"/>
        </w:rPr>
        <w:t>Согласно статье 120 Воздушного кодекса РФ за просрочку доставки пассажира в пункт назначения перевозчик уплачивает штраф в размере ста рублей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либо иных обстоятельств, не зависящих от перевозчика. Пассажир также вправе потребовать возмещения убытков в полном объёме сверх штрафа.</w:t>
      </w:r>
    </w:p>
    <w:p>
      <w:pPr>
        <w:spacing w:after="80" w:before="0"/>
        <w:ind w:firstLine="709"/>
        <w:jc w:val="both"/>
      </w:pPr>
      <w:r>
        <w:rPr>
          <w:b w:val="0"/>
          <w:sz w:val="24"/>
        </w:rPr>
        <w:t>Провозная плата составила 9 800 (девять тысяч восемьсот) рублей 00 копеек. На основании статей 120, 124 Воздушного кодекса РФ прошу в течение 30 дней со дня поступления претензии (ст. 127.1 ВК РФ) выплатить мне штраф в размере 800 (восемьсот) рублей 00 копеек по реквизитам: банковская карта № 2200 0000 0000 0000, получатель Белоусова Екатерина Андреевна.</w:t>
      </w:r>
    </w:p>
    <w:p>
      <w:pPr>
        <w:spacing w:after="80" w:before="0"/>
        <w:ind w:firstLine="709"/>
        <w:jc w:val="both"/>
      </w:pPr>
      <w:r>
        <w:rPr>
          <w:b w:val="0"/>
          <w:sz w:val="24"/>
        </w:rPr>
        <w:t>В случае отказа я обращусь в суд с требованием о взыскании указанных сумм, компенсации морального вреда и штрафа по пункту 6 статьи 13 Закона РФ «О защите прав потребителей».</w:t>
      </w:r>
    </w:p>
    <w:p>
      <w:pPr>
        <w:spacing w:after="80" w:before="0"/>
        <w:ind w:firstLine="709"/>
        <w:jc w:val="both"/>
      </w:pPr>
      <w:r>
        <w:rPr>
          <w:b w:val="0"/>
          <w:sz w:val="24"/>
        </w:rPr>
        <w:t>Приложение: копии маршрутной квитанции электронного билета, посадочного талона.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20 августа 2026 г.</w:t>
            </w:r>
          </w:p>
        </w:tc>
        <w:tc>
          <w:tcPr>
            <w:tcW w:type="dxa" w:w="4819"/>
          </w:tcPr>
          <w:p>
            <w:pPr>
              <w:spacing w:after="40"/>
              <w:jc w:val="left"/>
            </w:pPr>
            <w:r>
              <w:rPr>
                <w:b/>
                <w:sz w:val="24"/>
              </w:rPr>
            </w:r>
          </w:p>
          <w:p>
            <w:r>
              <w:rPr>
                <w:b w:val="0"/>
                <w:sz w:val="24"/>
              </w:rPr>
              <w:t>______________ / Белоусова Е. А.</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авиакомпании за задержку рейса</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