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Адрес: ______________________________</w:t>
        <w:br/>
      </w:r>
      <w:r>
        <w:rPr>
          <w:b w:val="0"/>
          <w:sz w:val="24"/>
        </w:rPr>
        <w:br/>
      </w:r>
      <w:r>
        <w:rPr>
          <w:b w:val="0"/>
          <w:sz w:val="24"/>
        </w:rPr>
        <w:t>от ______________________________</w:t>
        <w:br/>
      </w:r>
      <w:r>
        <w:rPr>
          <w:b w:val="0"/>
          <w:sz w:val="24"/>
        </w:rPr>
        <w:t>Адрес: ______________________________</w:t>
        <w:br/>
      </w:r>
      <w:r>
        <w:rPr>
          <w:b w:val="0"/>
          <w:sz w:val="24"/>
        </w:rPr>
        <w:t>Тел.: __________________</w:t>
      </w:r>
    </w:p>
    <w:p>
      <w:pPr>
        <w:spacing w:after="40" w:before="0"/>
        <w:jc w:val="center"/>
      </w:pPr>
      <w:r>
        <w:rPr>
          <w:b/>
          <w:sz w:val="28"/>
        </w:rPr>
        <w:t>ПРЕТЕНЗИЯ</w:t>
      </w:r>
    </w:p>
    <w:p>
      <w:pPr>
        <w:spacing w:after="200" w:before="0"/>
        <w:jc w:val="center"/>
      </w:pPr>
      <w:r>
        <w:rPr>
          <w:b/>
          <w:sz w:val="24"/>
        </w:rPr>
        <w:t>о недостатках выполненной работы (оказанной услуги)</w:t>
      </w:r>
    </w:p>
    <w:p>
      <w:pPr>
        <w:spacing w:after="80" w:before="0"/>
        <w:ind w:firstLine="709"/>
        <w:jc w:val="both"/>
      </w:pPr>
      <w:r>
        <w:rPr>
          <w:b w:val="0"/>
          <w:sz w:val="24"/>
        </w:rPr>
        <w:t>Между мной и Вами заключён ______________________________, по которому Вы обязались выполнить работу (оказать услугу): ____________________________________________________________. Стоимость работ составила ____________ (____________________________________) рублей и оплачена мною полностью. Работа выполнена «___» ____________ 20___ г.</w:t>
      </w:r>
    </w:p>
    <w:p>
      <w:pPr>
        <w:spacing w:after="80" w:before="0"/>
        <w:ind w:firstLine="709"/>
        <w:jc w:val="both"/>
      </w:pPr>
      <w:r>
        <w:rPr>
          <w:b w:val="0"/>
          <w:sz w:val="24"/>
        </w:rPr>
        <w:t>В выполненной работе обнаружены недостатки: ____________________________________________________________.</w:t>
      </w:r>
    </w:p>
    <w:p>
      <w:pPr>
        <w:spacing w:after="80" w:before="0"/>
        <w:ind w:firstLine="709"/>
        <w:jc w:val="both"/>
      </w:pPr>
      <w:r>
        <w:rPr>
          <w:b w:val="0"/>
          <w:sz w:val="24"/>
        </w:rPr>
        <w:t>В соответствии со статьёй 29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соразмерного уменьшения цены, безвозмездного повторного выполнения работы либо отказаться от исполнения договора и потребовать полного возмещения убытков.</w:t>
      </w:r>
    </w:p>
    <w:p>
      <w:pPr>
        <w:spacing w:after="80" w:before="0"/>
        <w:ind w:firstLine="709"/>
        <w:jc w:val="both"/>
      </w:pPr>
      <w:r>
        <w:rPr>
          <w:b w:val="0"/>
          <w:sz w:val="24"/>
        </w:rPr>
        <w:t>На основании изложенного требую:</w:t>
      </w:r>
    </w:p>
    <w:p>
      <w:pPr>
        <w:spacing w:after="80" w:before="0"/>
        <w:ind w:firstLine="709"/>
        <w:jc w:val="both"/>
      </w:pPr>
      <w:r>
        <w:rPr>
          <w:b w:val="0"/>
          <w:sz w:val="24"/>
        </w:rPr>
        <w:t>Безвозмездно устранить указанные недостатки в срок ____ (______________) дней со дня получения настоящей претензии.</w:t>
      </w:r>
    </w:p>
    <w:p>
      <w:pPr>
        <w:spacing w:after="80" w:before="0"/>
        <w:ind w:firstLine="709"/>
        <w:jc w:val="both"/>
      </w:pPr>
      <w:r>
        <w:rPr>
          <w:b w:val="0"/>
          <w:sz w:val="24"/>
        </w:rPr>
        <w:t>В случае отказа или нарушения срока я обращусь в суд с требованием взыскать, помимо основного требования, неустойку в размере 3 % цены работы за каждый день просрочки (ст. 28, 31 Закона), компенсацию морального вреда и штраф в размере 50 % от присуждённой суммы.</w:t>
      </w:r>
    </w:p>
    <w:p>
      <w:pPr>
        <w:spacing w:after="80" w:before="0"/>
        <w:ind w:firstLine="709"/>
        <w:jc w:val="both"/>
      </w:pPr>
      <w:r>
        <w:rPr>
          <w:b w:val="0"/>
          <w:sz w:val="24"/>
        </w:rPr>
        <w:t>Приложение: копия договора (квитанции), фотографии недостатков.</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val="0"/>
                <w:sz w:val="24"/>
              </w:rPr>
              <w:t>«___» ____________ 20___ г.</w:t>
            </w:r>
          </w:p>
        </w:tc>
        <w:tc>
          <w:tcPr>
            <w:tcW w:type="dxa" w:w="4819"/>
          </w:tcPr>
          <w:p>
            <w:pPr>
              <w:spacing w:after="40"/>
              <w:jc w:val="right"/>
            </w:pPr>
            <w:r>
              <w:rPr>
                <w:b w:val="0"/>
                <w:sz w:val="24"/>
              </w:rPr>
            </w:r>
          </w:p>
        </w:tc>
      </w:tr>
    </w:tbl>
    <w:p>
      <w:pPr>
        <w:spacing w:after="40" w:before="0"/>
      </w:pPr>
      <w:r>
        <w:rPr>
          <w:b w:val="0"/>
          <w:sz w:val="24"/>
        </w:rPr>
      </w:r>
    </w:p>
    <w:tbl>
      <w:tblPr>
        <w:tblW w:type="auto" w:w="0"/>
        <w:jc w:val="left"/>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118"/>
          </w:tcPr>
          <w:p>
            <w:pPr>
              <w:spacing w:after="40"/>
              <w:jc w:val="left"/>
            </w:pPr>
            <w:r>
              <w:rPr>
                <w:b w:val="0"/>
                <w:sz w:val="24"/>
              </w:rPr>
              <w:t>Заказчик</w:t>
            </w:r>
          </w:p>
        </w:tc>
        <w:tc>
          <w:tcPr>
            <w:tcW w:type="dxa" w:w="2551"/>
          </w:tcPr>
          <w:p>
            <w:pPr>
              <w:spacing w:after="40"/>
              <w:jc w:val="center"/>
            </w:pPr>
            <w:r>
              <w:rPr>
                <w:b w:val="0"/>
                <w:sz w:val="24"/>
              </w:rPr>
              <w:t>_______________</w:t>
            </w:r>
          </w:p>
        </w:tc>
        <w:tc>
          <w:tcPr>
            <w:tcW w:type="dxa" w:w="3969"/>
          </w:tcPr>
          <w:p>
            <w:pPr>
              <w:spacing w:after="40"/>
              <w:jc w:val="left"/>
            </w:pPr>
            <w:r>
              <w:rPr>
                <w:b w:val="0"/>
                <w:sz w:val="24"/>
              </w:rPr>
              <w:t>______________________________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за некачественную услугу</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