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before="0"/>
        <w:ind w:left="4819"/>
        <w:jc w:val="left"/>
      </w:pPr>
      <w:r>
        <w:rPr>
          <w:b w:val="0"/>
          <w:sz w:val="24"/>
        </w:rPr>
        <w:t>ООО «Мастер Дом»</w:t>
        <w:br/>
      </w:r>
      <w:r>
        <w:rPr>
          <w:b w:val="0"/>
          <w:sz w:val="24"/>
        </w:rPr>
        <w:t>Адрес: г. Пермь, ул. Ленина, д. 60, офис 12</w:t>
        <w:br/>
      </w:r>
      <w:r>
        <w:rPr>
          <w:b w:val="0"/>
          <w:sz w:val="24"/>
        </w:rPr>
        <w:br/>
      </w:r>
      <w:r>
        <w:rPr>
          <w:b w:val="0"/>
          <w:sz w:val="24"/>
        </w:rPr>
        <w:t>от Белова Ирина Сергеевна</w:t>
        <w:br/>
      </w:r>
      <w:r>
        <w:rPr>
          <w:b w:val="0"/>
          <w:sz w:val="24"/>
        </w:rPr>
        <w:t>Адрес: г. Пермь, ул. Куйбышева, д. 95, кв. 41</w:t>
        <w:br/>
      </w:r>
      <w:r>
        <w:rPr>
          <w:b w:val="0"/>
          <w:sz w:val="24"/>
        </w:rPr>
        <w:t>Тел.: +7 902 111-22-33</w:t>
      </w:r>
    </w:p>
    <w:p>
      <w:pPr>
        <w:spacing w:after="40" w:before="0"/>
        <w:jc w:val="center"/>
      </w:pPr>
      <w:r>
        <w:rPr>
          <w:b/>
          <w:sz w:val="28"/>
        </w:rPr>
        <w:t>ПРЕТЕНЗИЯ</w:t>
      </w:r>
    </w:p>
    <w:p>
      <w:pPr>
        <w:spacing w:after="200" w:before="0"/>
        <w:jc w:val="center"/>
      </w:pPr>
      <w:r>
        <w:rPr>
          <w:b/>
          <w:sz w:val="24"/>
        </w:rPr>
        <w:t>о недостатках выполненной работы (оказанной услуги)</w:t>
      </w:r>
    </w:p>
    <w:p>
      <w:pPr>
        <w:spacing w:after="80" w:before="0"/>
        <w:ind w:firstLine="709"/>
        <w:jc w:val="both"/>
      </w:pPr>
      <w:r>
        <w:rPr>
          <w:b w:val="0"/>
          <w:sz w:val="24"/>
        </w:rPr>
        <w:t>Между мной и Вами заключён договор подряда № 45 от 01.09.2026, по которому Вы обязались выполнить работу (оказать услугу): укладка ламината в двух комнатах квартиры площадью 36 кв. м. Стоимость работ составила 54 000 (пятьдесят четыре тысячи) рублей 00 копеек и оплачена мною полностью. Работа выполнена 15 сентября 2026 г.</w:t>
      </w:r>
    </w:p>
    <w:p>
      <w:pPr>
        <w:spacing w:after="80" w:before="0"/>
        <w:ind w:firstLine="709"/>
        <w:jc w:val="both"/>
      </w:pPr>
      <w:r>
        <w:rPr>
          <w:b w:val="0"/>
          <w:sz w:val="24"/>
        </w:rPr>
        <w:t>В выполненной работе обнаружены недостатки: через две недели ламинат вздулся в местах стыков, образовались щели до 3 мм, порожки закреплены ненадёжно.</w:t>
      </w:r>
    </w:p>
    <w:p>
      <w:pPr>
        <w:spacing w:after="80" w:before="0"/>
        <w:ind w:firstLine="709"/>
        <w:jc w:val="both"/>
      </w:pPr>
      <w:r>
        <w:rPr>
          <w:b w:val="0"/>
          <w:sz w:val="24"/>
        </w:rPr>
        <w:t>В соответствии со статьёй 29 Закона РФ «О защите прав потребителей» потребитель при обнаружении недостатков выполненной работы (оказанной услуги) вправе по своему выбору потребовать безвозмездного устранения недостатков, соразмерного уменьшения цены, безвозмездного повторного выполнения работы либо отказаться от исполнения договора и потребовать полного возмещения убытков.</w:t>
      </w:r>
    </w:p>
    <w:p>
      <w:pPr>
        <w:spacing w:after="80" w:before="0"/>
        <w:ind w:firstLine="709"/>
        <w:jc w:val="both"/>
      </w:pPr>
      <w:r>
        <w:rPr>
          <w:b w:val="0"/>
          <w:sz w:val="24"/>
        </w:rPr>
        <w:t>На основании изложенного требую:</w:t>
      </w:r>
    </w:p>
    <w:p>
      <w:pPr>
        <w:spacing w:after="80" w:before="0"/>
        <w:ind w:firstLine="709"/>
        <w:jc w:val="both"/>
      </w:pPr>
      <w:r>
        <w:rPr>
          <w:b w:val="0"/>
          <w:sz w:val="24"/>
        </w:rPr>
        <w:t>Безвозмездно устранить указанные недостатки в срок 10 (десять) дней со дня получения настоящей претензии.</w:t>
      </w:r>
    </w:p>
    <w:p>
      <w:pPr>
        <w:spacing w:after="80" w:before="0"/>
        <w:ind w:firstLine="709"/>
        <w:jc w:val="both"/>
      </w:pPr>
      <w:r>
        <w:rPr>
          <w:b w:val="0"/>
          <w:sz w:val="24"/>
        </w:rPr>
        <w:t>В случае отказа или нарушения срока я обращусь в суд с требованием взыскать, помимо основного требования, неустойку в размере 3 % цены работы за каждый день просрочки (ст. 28, 31 Закона), компенсацию морального вреда и штраф в размере 50 % от присуждённой суммы.</w:t>
      </w:r>
    </w:p>
    <w:p>
      <w:pPr>
        <w:spacing w:after="80" w:before="0"/>
        <w:ind w:firstLine="709"/>
        <w:jc w:val="both"/>
      </w:pPr>
      <w:r>
        <w:rPr>
          <w:b w:val="0"/>
          <w:sz w:val="24"/>
        </w:rPr>
        <w:t>Приложение: копия договора (квитанции), фотографии недостатков.</w:t>
      </w:r>
    </w:p>
    <w:p>
      <w:pPr>
        <w:spacing w:after="80" w:before="0"/>
      </w:pPr>
      <w:r>
        <w:rPr>
          <w:b w:val="0"/>
          <w:sz w:val="24"/>
        </w:rPr>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pPr>
              <w:spacing w:after="40"/>
              <w:jc w:val="left"/>
            </w:pPr>
            <w:r>
              <w:rPr>
                <w:b w:val="0"/>
                <w:sz w:val="24"/>
              </w:rPr>
              <w:t>17 октября 2026 г.</w:t>
            </w:r>
          </w:p>
        </w:tc>
        <w:tc>
          <w:tcPr>
            <w:tcW w:type="dxa" w:w="4819"/>
          </w:tcPr>
          <w:p>
            <w:pPr>
              <w:spacing w:after="40"/>
              <w:jc w:val="right"/>
            </w:pPr>
            <w:r>
              <w:rPr>
                <w:b w:val="0"/>
                <w:sz w:val="24"/>
              </w:rPr>
            </w:r>
          </w:p>
        </w:tc>
      </w:tr>
    </w:tbl>
    <w:p>
      <w:pPr>
        <w:spacing w:after="40" w:before="0"/>
      </w:pPr>
      <w:r>
        <w:rPr>
          <w:b w:val="0"/>
          <w:sz w:val="24"/>
        </w:rPr>
      </w:r>
    </w:p>
    <w:tbl>
      <w:tblPr>
        <w:tblW w:type="auto" w:w="0"/>
        <w:jc w:val="left"/>
        <w:tblLook w:firstColumn="1" w:firstRow="1" w:lastColumn="0" w:lastRow="0" w:noHBand="0" w:noVBand="1" w:val="04A0"/>
        <w:tblBorders>
          <w:top w:val="nil"/>
          <w:left w:val="nil"/>
          <w:bottom w:val="nil"/>
          <w:right w:val="nil"/>
          <w:insideH w:val="nil"/>
          <w:insideV w:val="nil"/>
        </w:tblBorders>
      </w:tblPr>
      <w:tblGrid>
        <w:gridCol w:w="3213"/>
        <w:gridCol w:w="3213"/>
        <w:gridCol w:w="3213"/>
      </w:tblGrid>
      <w:tr>
        <w:tc>
          <w:tcPr>
            <w:tcW w:type="dxa" w:w="3118"/>
          </w:tcPr>
          <w:p>
            <w:pPr>
              <w:spacing w:after="40"/>
              <w:jc w:val="left"/>
            </w:pPr>
            <w:r>
              <w:rPr>
                <w:b w:val="0"/>
                <w:sz w:val="24"/>
              </w:rPr>
              <w:t>Заказчик</w:t>
            </w:r>
          </w:p>
        </w:tc>
        <w:tc>
          <w:tcPr>
            <w:tcW w:type="dxa" w:w="2551"/>
          </w:tcPr>
          <w:p>
            <w:pPr>
              <w:spacing w:after="40"/>
              <w:jc w:val="center"/>
            </w:pPr>
            <w:r>
              <w:rPr>
                <w:b w:val="0"/>
                <w:sz w:val="24"/>
              </w:rPr>
              <w:t>_______________</w:t>
            </w:r>
          </w:p>
        </w:tc>
        <w:tc>
          <w:tcPr>
            <w:tcW w:type="dxa" w:w="3969"/>
          </w:tcPr>
          <w:p>
            <w:pPr>
              <w:spacing w:after="40"/>
              <w:jc w:val="left"/>
            </w:pPr>
            <w:r>
              <w:rPr>
                <w:b w:val="0"/>
                <w:sz w:val="24"/>
              </w:rPr>
              <w:t>Белова Ирина Сергеевна</w:t>
            </w:r>
          </w:p>
        </w:tc>
      </w:tr>
    </w:tbl>
    <w:p>
      <w:pPr>
        <w:spacing w:after="40" w:before="0"/>
      </w:pPr>
      <w:r>
        <w:rPr>
          <w:b w:val="0"/>
          <w:sz w:val="24"/>
        </w:rPr>
      </w:r>
    </w:p>
    <w:sectPr w:rsidR="00FC693F" w:rsidRPr="0006063C" w:rsidSect="00034616">
      <w:pgSz w:w="11906" w:h="16838"/>
      <w:pgMar w:top="1134"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pPr>
    <w:rPr>
      <w:rFonts w:ascii="Times New Roman" w:hAnsi="Times New Roman" w:cs="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Претензия за некачественную услугу</dc:title>
  <dc:subject/>
  <dc:creator>Бланки и образцы документов, https://blank-obrazec.ru</dc:creator>
  <cp:keywords/>
  <dc:description>Бланки и образцы документов, https://blank-obrazec.ru</dc:description>
  <cp:lastModifiedBy/>
  <cp:revision>1</cp:revision>
  <dcterms:created xsi:type="dcterms:W3CDTF">2013-12-23T23:15:00Z</dcterms:created>
  <dcterms:modified xsi:type="dcterms:W3CDTF">2013-12-23T23:15:00Z</dcterms:modified>
  <cp:category/>
</cp:coreProperties>
</file>