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ИП Смирнова Ольга Викторовна (ИНН 165800000000)</w:t>
        <w:br/>
      </w:r>
      <w:r>
        <w:rPr>
          <w:b w:val="0"/>
          <w:sz w:val="24"/>
        </w:rPr>
        <w:t>420107, г. Казань, ул. Спартаковская, д. 2, пом. 5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ООО «Волга-Опт» (ИНН 1655000000)</w:t>
        <w:br/>
      </w:r>
      <w:r>
        <w:rPr>
          <w:b w:val="0"/>
          <w:sz w:val="24"/>
        </w:rPr>
        <w:t>420021, г. Казань, ул. Тукая, д. 58, офис 3, тел. +7 843 200-00-00, info@volga-opt.example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Исх. № 112 от 23 октября 2026 г.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об оплате задолженности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ООО «Волга-Опт» (ИНН 1655000000) и ИП Смирнова Ольга Викторовна (ИНН 165800000000) заключён договор поставки № П-17/2026 от 23.01.2026. Во исполнение договора поставлен товар на сумму 64 500 руб. по УПД № 402 от 12.08.2026, товар принят покупателем без замечаний.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Срок оплаты истёк 26 августа 2026 г., однако обязательство по оплате не исполнено. Задолженность составляет 64 500 (шестьдесят четыре тысячи пятьсот)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п. 5.2 договора (0,1 % в день, не более 10 %) и статьёй 330 ГК РФ за просрочку оплаты подлежит уплате неустойка, которая на дату претензии составляет 3 870 (три тысячи восемьсот семьдесят) рублей 00 копеек: 64 500 руб. × 0,1 % × 60 дней (с 27.08.2026 по 25.10.2026) = 3 870 руб.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309, 310 ГК РФ требую в течение 10 (десять) календарных дней со дня получения претензии оплатить задолженность в размере 64 500 (шестьдесят четыре тысячи пятьсот) рублей 00 копеек, а также неустойку в размере 3 870 (три тысячи восемьсот семьдесят) рублей 00 копеек по реквизитам: р/с 40702810000000000001 в ПАО «Банк», БИК 049205000, к/с 30101810000000000000.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неисполнения требования в указанный срок (но не ранее 30 календарных дней со дня направления претензии, если договором не установлен иной срок — ч. 5 ст. 4 АПК РФ) мы обратимся в арбитражный суд с иском о взыскании долга, неустойки по день фактической оплаты, расходов на оплату государственной пошлины и услуг представителя.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копии договора, документов об исполнении (УПД, актов), акта сверки (при наличии), расчёт задолженности.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Генеральный директор Сафиуллин Р. И.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взыскании задолженности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