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Главному врачу</w:t>
        <w:br/>
      </w:r>
      <w:r>
        <w:rPr>
          <w:b w:val="0"/>
          <w:sz w:val="24"/>
        </w:rPr>
        <w:t>ООО «Стоматология „Белый зуб“»</w:t>
        <w:br/>
      </w:r>
      <w:r>
        <w:rPr>
          <w:b w:val="0"/>
          <w:sz w:val="24"/>
        </w:rPr>
        <w:t>Адрес: г. Нижний Новгород, ул. Большая Покровская, д. 40</w:t>
        <w:br/>
      </w:r>
      <w:r>
        <w:rPr>
          <w:b w:val="0"/>
          <w:sz w:val="24"/>
        </w:rPr>
        <w:br/>
      </w:r>
      <w:r>
        <w:rPr>
          <w:b w:val="0"/>
          <w:sz w:val="24"/>
        </w:rPr>
        <w:t>от Семенова Виктория Александровна</w:t>
        <w:br/>
      </w:r>
      <w:r>
        <w:rPr>
          <w:b w:val="0"/>
          <w:sz w:val="24"/>
        </w:rPr>
        <w:t>Адрес: г. Нижний Новгород, ул. Белинского, д. 61, кв. 19</w:t>
        <w:br/>
      </w:r>
      <w:r>
        <w:rPr>
          <w:b w:val="0"/>
          <w:sz w:val="24"/>
        </w:rPr>
        <w:t>Тел.: +7 920 700-00-11</w:t>
      </w:r>
    </w:p>
    <w:p>
      <w:pPr>
        <w:spacing w:after="40" w:before="0"/>
        <w:jc w:val="center"/>
      </w:pPr>
      <w:r>
        <w:rPr>
          <w:b/>
          <w:sz w:val="28"/>
        </w:rPr>
        <w:t>ПРЕТЕНЗИЯ</w:t>
      </w:r>
    </w:p>
    <w:p>
      <w:pPr>
        <w:spacing w:after="80" w:before="0"/>
        <w:ind w:firstLine="709"/>
        <w:jc w:val="both"/>
      </w:pPr>
      <w:r>
        <w:rPr>
          <w:b w:val="0"/>
          <w:sz w:val="24"/>
        </w:rPr>
        <w:t>Между мной и ООО «Стоматология „Белый зуб“» заключён договор на оказание платных медицинских услуг (№ 1187 от 12.03.2026). Мне оказаны услуги: лечение каналов зуба 3.6, установка металлокерамической коронки на зуб 3.6 (врач Лаптев А. А., 12.03.2026–02.04.2026). Оплачено 46 500 (сорок шесть тысяч пятьсот) рублей 00 копеек.</w:t>
      </w:r>
    </w:p>
    <w:p>
      <w:pPr>
        <w:spacing w:after="80" w:before="0"/>
        <w:ind w:firstLine="709"/>
        <w:jc w:val="both"/>
      </w:pPr>
      <w:r>
        <w:rPr>
          <w:b w:val="0"/>
          <w:sz w:val="24"/>
        </w:rPr>
        <w:t>Услуги оказаны ненадлежащего качества: через 4 месяца коронка расшаталась, появились боль и отёк; по снимку от 10.08.2026 в другой клинике («Дента-Плюс», заключение врача Орлова С. И.) выявлены недопломбированный канал и воспаление, требуется перелечивание и новая коронка. Согласно части 8 статьи 84 Федерального закона «Об основах охраны здоровья граждан в Российской Федерации» к отношениям по оказанию платных медицинских услуг применяется законодательство о защите прав потребителей. В силу статьи 29 Закона РФ «О защите прав потребителей» при обнаружении недостатков оказанной услуги потребитель вправе потребовать безвозмездного устранения недостатков, повторного оказания услуги, возмещения расходов на устранение недостатков третьими лицами или отказаться от договора и потребовать возврата денег и полного возмещения убытков.</w:t>
      </w:r>
    </w:p>
    <w:p>
      <w:pPr>
        <w:spacing w:after="80" w:before="0"/>
        <w:ind w:firstLine="709"/>
        <w:jc w:val="both"/>
      </w:pPr>
      <w:r>
        <w:rPr>
          <w:b w:val="0"/>
          <w:sz w:val="24"/>
        </w:rPr>
        <w:t>На основании изложенного требую в течение 10 дней со дня получения претензии: вернуть уплаченные денежные средства в размере 46 500 (сорок шесть тысяч пятьсот) рублей 00 копеек, а также возместить расходы на диагностику и лечение в размере 3 500 (три тысячи пятьсот) рублей 00 копеек.</w:t>
      </w:r>
    </w:p>
    <w:p>
      <w:pPr>
        <w:spacing w:after="80" w:before="0"/>
        <w:ind w:firstLine="709"/>
        <w:jc w:val="both"/>
      </w:pPr>
      <w:r>
        <w:rPr>
          <w:b w:val="0"/>
          <w:sz w:val="24"/>
        </w:rPr>
        <w:t>Прошу также выдать мне заверенные копии медицинской документации (медицинской карты, договора, информированных добровольных согласий, рентгеновских снимков) в соответствии с частью 5 статьи 22 Федерального закона № 323-ФЗ.</w:t>
      </w:r>
    </w:p>
    <w:p>
      <w:pPr>
        <w:spacing w:after="80" w:before="0"/>
        <w:ind w:firstLine="709"/>
        <w:jc w:val="both"/>
      </w:pPr>
      <w:r>
        <w:rPr>
          <w:b w:val="0"/>
          <w:sz w:val="24"/>
        </w:rPr>
        <w:t>В случае отказа я обращусь в суд с требованием о взыскании указанных сумм, неустойки, компенсации морального вреда и штрафа в размере 50 % от присуждённой суммы (п. 6 ст. 13 Закона), а также в территориальный орган Росздравнадзора.</w:t>
      </w:r>
    </w:p>
    <w:p>
      <w:pPr>
        <w:spacing w:after="80" w:before="0"/>
        <w:ind w:firstLine="709"/>
        <w:jc w:val="both"/>
      </w:pPr>
      <w:r>
        <w:rPr>
          <w:b w:val="0"/>
          <w:sz w:val="24"/>
        </w:rPr>
        <w:t>Приложение: копии договора и документов об оплате, заключения другого врача, снимков, чеков на лечение.</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14 августа 2026 г.</w:t>
            </w:r>
          </w:p>
        </w:tc>
        <w:tc>
          <w:tcPr>
            <w:tcW w:type="dxa" w:w="4819"/>
          </w:tcPr>
          <w:p>
            <w:pPr>
              <w:spacing w:after="40"/>
              <w:jc w:val="left"/>
            </w:pPr>
            <w:r>
              <w:rPr>
                <w:b/>
                <w:sz w:val="24"/>
              </w:rPr>
            </w:r>
          </w:p>
          <w:p>
            <w:r>
              <w:rPr>
                <w:b w:val="0"/>
                <w:sz w:val="24"/>
              </w:rPr>
              <w:t>______________ / Семенова В. А.</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клинику</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