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«ТехноМир»</w:t>
        <w:br/>
      </w:r>
      <w:r>
        <w:rPr>
          <w:b w:val="0"/>
          <w:sz w:val="24"/>
        </w:rPr>
        <w:t>Адрес: г. Москва, ул. Профсоюзная, д.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Орлова Мария Андреевна</w:t>
        <w:br/>
      </w:r>
      <w:r>
        <w:rPr>
          <w:b w:val="0"/>
          <w:sz w:val="24"/>
        </w:rPr>
        <w:t>Адрес: г. Москва, ул. Вавилова, д. 19, кв. 33</w:t>
        <w:br/>
      </w:r>
      <w:r>
        <w:rPr>
          <w:b w:val="0"/>
          <w:sz w:val="24"/>
        </w:rPr>
        <w:t>Тел.: +7 900 123-45-67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денежных средств за товар ненадлежащего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20 сентября 2026 г. я приобрёл(-а) у Вас товар: смартфон Samsung Galaxy A55, IMEI 350123456789012 стоимостью 32 990 (тридцать две тысячи девятьсот девяносто) рублей 00 копеек, что подтверждается: кассовый чек № 1234 от 20.09.2026.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процессе эксплуатации обнаружен недостаток: через три недели после покупки смартфон перестал заряжаться и самопроизвольно выключается. Недостаток возник не по моей вине, правила использования, хранения и транспортировки товара я не нарушал(-а).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18 Закона РФ «О защите прав потребителей» потребитель, которому продан товар ненадлежащего качества, вправе по своему выбору предъявить продавцу требования о замене товара, соразмерном уменьшении покупной цены, незамедлительном безвозмездном устранении недостатков или отказаться от исполнения договора купли-продажи и потребовать возврата уплаченной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Принять отказ от исполнения договора купли-продажи и вернуть уплаченную за товар сумму 32 990 (тридцать две тысячи девятьсот девяносто) рублей 00 копеек в течение 10 дней со дня получения претензии (ст. 22 Закона)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необходимости проверки качества прошу заранее сообщить мне её дату и место — я вправе присутствовать при проверке. В случае неудовлетворения требований в установленный срок я буду вынужден(-а) обратиться в суд и потребовать, помимо основного требования, неустойку в размере 1 % цены товара за каждый день просрочки (ст. 23 Закона), компенсацию морального вреда и штраф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указанному адресу или сообщить по телефону.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документа, подтверждающего покупку (кассовый чек № 1234 от 20.09.2026).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Орлова Мария Андреевна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магазин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