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______________________________</w:t>
        <w:br/>
      </w:r>
      <w:r>
        <w:rPr>
          <w:b w:val="0"/>
          <w:sz w:val="24"/>
        </w:rPr>
        <w:t>______________________________</w:t>
        <w:br/>
      </w:r>
      <w:r>
        <w:rPr>
          <w:b w:val="0"/>
          <w:sz w:val="24"/>
        </w:rPr>
        <w:br/>
      </w:r>
      <w:r>
        <w:rPr>
          <w:b w:val="0"/>
          <w:sz w:val="24"/>
        </w:rPr>
        <w:t>от ______________________________</w:t>
        <w:br/>
      </w:r>
      <w:r>
        <w:rPr>
          <w:b w:val="0"/>
          <w:sz w:val="24"/>
        </w:rPr>
        <w:t>адрес: ______________________________</w:t>
        <w:br/>
      </w:r>
      <w:r>
        <w:rPr>
          <w:b w:val="0"/>
          <w:sz w:val="24"/>
        </w:rPr>
        <w:t>______________________________</w:t>
        <w:br/>
      </w:r>
      <w:r>
        <w:rPr>
          <w:b w:val="0"/>
          <w:sz w:val="24"/>
        </w:rPr>
        <w:br/>
      </w:r>
      <w:r>
        <w:rPr>
          <w:b w:val="0"/>
          <w:sz w:val="24"/>
        </w:rPr>
        <w:t>Убыток № ______________________________</w:t>
      </w:r>
    </w:p>
    <w:p>
      <w:pPr>
        <w:spacing w:after="40" w:before="0"/>
        <w:jc w:val="center"/>
      </w:pPr>
      <w:r>
        <w:rPr>
          <w:b/>
          <w:sz w:val="28"/>
        </w:rPr>
        <w:t>ЗАЯВЛЕНИЕ (ПРЕТЕНЗИЯ)</w:t>
      </w:r>
    </w:p>
    <w:p>
      <w:pPr>
        <w:spacing w:after="200" w:before="0"/>
        <w:jc w:val="center"/>
      </w:pPr>
      <w:r>
        <w:rPr>
          <w:b/>
          <w:sz w:val="24"/>
        </w:rPr>
        <w:t>в порядке статьи 16.1 Федерального закона «Об ОСАГО»</w:t>
      </w:r>
    </w:p>
    <w:p>
      <w:pPr>
        <w:spacing w:after="80" w:before="0"/>
        <w:ind w:firstLine="709"/>
        <w:jc w:val="both"/>
      </w:pPr>
      <w:r>
        <w:rPr>
          <w:b w:val="0"/>
          <w:sz w:val="24"/>
        </w:rPr>
        <w:t>______________________________ произошло дорожно-транспортное происшествие, в результате которого повреждён принадлежащий мне автомобиль. ______________________________ я обратился(-лась) к вам с заявлением о страховом возмещении и представил(-а) автомобиль на осмотр.</w:t>
      </w:r>
    </w:p>
    <w:p>
      <w:pPr>
        <w:spacing w:after="80" w:before="0"/>
        <w:ind w:firstLine="709"/>
        <w:jc w:val="both"/>
      </w:pPr>
      <w:r>
        <w:rPr>
          <w:b w:val="0"/>
          <w:sz w:val="24"/>
        </w:rPr>
        <w:t>Страховое возмещение выплачено не в полном объёме: ____________________________________________________________.</w:t>
      </w:r>
    </w:p>
    <w:p>
      <w:pPr>
        <w:spacing w:after="80" w:before="0"/>
        <w:ind w:firstLine="709"/>
        <w:jc w:val="both"/>
      </w:pPr>
      <w:r>
        <w:rPr>
          <w:b w:val="0"/>
          <w:sz w:val="24"/>
        </w:rPr>
        <w:t>Согласно пункту 21 статьи 12 Закона об ОСАГО страховщик в течение 20 календарных дней (за исключением нерабочих праздничных дней) со дня принятия заявления обязан произвести страховую выплату или выдать направление на ремонт либо направить мотивированный отказ. При несоблюдении срока страховщик уплачивает неустойку в размере 1 % от определённого размера страхового возмещения за каждый день просрочки.</w:t>
      </w:r>
    </w:p>
    <w:p>
      <w:pPr>
        <w:spacing w:after="80" w:before="0"/>
        <w:ind w:firstLine="709"/>
        <w:jc w:val="both"/>
      </w:pPr>
      <w:r>
        <w:rPr>
          <w:b w:val="0"/>
          <w:sz w:val="24"/>
        </w:rPr>
        <w:t>На основании изложенного, руководствуясь статьями 12 и 16.1 Закона об ОСАГО, прошу в течение установленного законом срока:</w:t>
      </w:r>
    </w:p>
    <w:p>
      <w:pPr>
        <w:spacing w:after="40" w:before="0"/>
        <w:ind w:left="425"/>
        <w:jc w:val="left"/>
      </w:pPr>
      <w:r>
        <w:rPr>
          <w:b w:val="0"/>
          <w:sz w:val="24"/>
        </w:rPr>
        <w:t>1. перечислить денежные средства по реквизитам: ______________________________.</w:t>
      </w:r>
    </w:p>
    <w:p>
      <w:pPr>
        <w:spacing w:after="80" w:before="0"/>
        <w:ind w:firstLine="709"/>
        <w:jc w:val="both"/>
      </w:pPr>
      <w:r>
        <w:rPr>
          <w:b w:val="0"/>
          <w:sz w:val="24"/>
        </w:rPr>
        <w:t>В случае отказа я обращусь к финансовому уполномоченному и в суд.</w:t>
      </w:r>
    </w:p>
    <w:p>
      <w:pPr>
        <w:spacing w:after="80" w:before="0"/>
        <w:ind w:firstLine="709"/>
        <w:jc w:val="both"/>
      </w:pPr>
      <w:r>
        <w:rPr>
          <w:b w:val="0"/>
          <w:sz w:val="24"/>
        </w:rPr>
        <w:t>Приложение: копия экспертного заключения; документы об оплате экспертизы; копия паспорта.</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«___» ____________ 20___ г.</w:t>
            </w:r>
          </w:p>
        </w:tc>
        <w:tc>
          <w:tcPr>
            <w:tcW w:type="dxa" w:w="4819"/>
          </w:tcPr>
          <w:p>
            <w:pPr>
              <w:spacing w:after="40"/>
              <w:jc w:val="left"/>
            </w:pPr>
            <w:r>
              <w:rPr>
                <w:b/>
                <w:sz w:val="24"/>
              </w:rPr>
            </w:r>
          </w:p>
          <w:p>
            <w:r>
              <w:rPr>
                <w:b w:val="0"/>
                <w:sz w:val="24"/>
              </w:rPr>
              <w:t>______________ / ____________________</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в страховую компанию по ОСАГО</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