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Адрес: ______________________________</w:t>
        <w:br/>
      </w:r>
      <w:r>
        <w:rPr>
          <w:b w:val="0"/>
          <w:sz w:val="24"/>
        </w:rPr>
        <w:br/>
      </w:r>
      <w:r>
        <w:rPr>
          <w:b w:val="0"/>
          <w:sz w:val="24"/>
        </w:rPr>
        <w:t>от ______________________________,</w:t>
        <w:br/>
      </w:r>
      <w:r>
        <w:rPr>
          <w:b w:val="0"/>
          <w:sz w:val="24"/>
        </w:rPr>
        <w:t>собственника квартиры по адресу: ______________________________</w:t>
        <w:br/>
      </w:r>
      <w:r>
        <w:rPr>
          <w:b w:val="0"/>
          <w:sz w:val="24"/>
        </w:rPr>
        <w:t>Тел.: __________________</w:t>
      </w:r>
    </w:p>
    <w:p>
      <w:pPr>
        <w:spacing w:after="40" w:before="0"/>
        <w:jc w:val="center"/>
      </w:pPr>
      <w:r>
        <w:rPr>
          <w:b/>
          <w:sz w:val="28"/>
        </w:rPr>
        <w:t>ПРЕТЕНЗИЯ</w:t>
      </w:r>
    </w:p>
    <w:p>
      <w:pPr>
        <w:spacing w:after="200" w:before="0"/>
        <w:jc w:val="center"/>
      </w:pPr>
      <w:r>
        <w:rPr>
          <w:b/>
          <w:sz w:val="24"/>
        </w:rPr>
        <w:t>о возмещении ущерба, причинённого заливом квартиры</w:t>
      </w:r>
    </w:p>
    <w:p>
      <w:pPr>
        <w:spacing w:after="80" w:before="0"/>
        <w:ind w:firstLine="709"/>
        <w:jc w:val="both"/>
      </w:pPr>
      <w:r>
        <w:rPr>
          <w:b w:val="0"/>
          <w:sz w:val="24"/>
        </w:rPr>
        <w:t>Я являюсь собственником квартиры по адресу: ______________________________. Управление многоквартирным домом осуществляет ______________________________. «___» ____________ 20___ г. произошёл залив моей квартиры. Причина залива — ______________________________, что подтверждается: ______________________________.</w:t>
      </w:r>
    </w:p>
    <w:p>
      <w:pPr>
        <w:spacing w:after="80" w:before="0"/>
        <w:ind w:firstLine="709"/>
        <w:jc w:val="both"/>
      </w:pPr>
      <w:r>
        <w:rPr>
          <w:b w:val="0"/>
          <w:sz w:val="24"/>
        </w:rPr>
        <w:t>В результате залива повреждено: ____________________________________________________________. Согласно ______________________________ стоимость восстановительного ремонта и повреждённого имущества составляет ____________ (____________________________________) рублей. Расходы на оценку — ____________ (____________________________________) рублей.</w:t>
      </w:r>
    </w:p>
    <w:p>
      <w:pPr>
        <w:spacing w:after="80" w:before="0"/>
        <w:ind w:firstLine="709"/>
        <w:jc w:val="both"/>
      </w:pPr>
      <w:r>
        <w:rPr>
          <w:b w:val="0"/>
          <w:sz w:val="24"/>
        </w:rPr>
        <w:t>Причиной залива является ненадлежащее содержание общего имущества многоквартирного дома, обязанность по содержанию которого возложена на управляющую организацию (ч. 2.3 ст. 161 ЖК РФ, п. 42 Правил содержания общего имущества, утв. постановлением Правительства РФ от 13.08.2006 № 491). Вред, причинённый имуществу потребителя вследствие недостатков услуги, подлежит возмещению исполнителем в полном объёме (ст. 1064, 1095 ГК РФ, ст. 14 Закона РФ «О защите прав потребителей»).</w:t>
      </w:r>
    </w:p>
    <w:p>
      <w:pPr>
        <w:spacing w:after="80" w:before="0"/>
        <w:ind w:firstLine="709"/>
        <w:jc w:val="both"/>
      </w:pPr>
      <w:r>
        <w:rPr>
          <w:b w:val="0"/>
          <w:sz w:val="24"/>
        </w:rPr>
        <w:t>На основании изложенного требую в течение 10 дней со дня получения претензии возместить ущерб в размере ____________ (____________________________________) рублей и расходы на оценку ____________ (____________________________________) рублей по реквизитам: ____________________________________________________________, а также устранить причину залива.</w:t>
      </w:r>
    </w:p>
    <w:p>
      <w:pPr>
        <w:spacing w:after="80" w:before="0"/>
        <w:ind w:firstLine="709"/>
        <w:jc w:val="both"/>
      </w:pPr>
      <w:r>
        <w:rPr>
          <w:b w:val="0"/>
          <w:sz w:val="24"/>
        </w:rPr>
        <w:t>В случае отказа я обращусь в суд с требованием о взыскании ущерба, расходов, неустойки, компенсации морального вреда и штрафа в размере 50 % от присуждённой суммы (п. 6 ст. 13 Закона РФ «О защите прав потребителей»), а также в государственную жилищную инспекцию.</w:t>
      </w:r>
    </w:p>
    <w:p>
      <w:pPr>
        <w:spacing w:after="80" w:before="0"/>
        <w:ind w:firstLine="709"/>
        <w:jc w:val="both"/>
      </w:pPr>
      <w:r>
        <w:rPr>
          <w:b w:val="0"/>
          <w:sz w:val="24"/>
        </w:rPr>
        <w:t>Приложение: копии акта о заливе, отчёта об оценке, договора и чека об оплате оценки, документа о праве собственности, фотографии.</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УК о возмещении ущерба от залива</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