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(РАСПОРЯЖЕНИЕ) № 31-к</w:t>
      </w:r>
    </w:p>
    <w:p>
      <w:pPr>
        <w:spacing w:after="200" w:before="0"/>
        <w:jc w:val="center"/>
      </w:pPr>
      <w:r>
        <w:rPr>
          <w:b/>
          <w:sz w:val="24"/>
        </w:rPr>
        <w:t>о переводе работника на другую работу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составления: 22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Перевести на другую работу постоянно с 2 ноября 2026 г.: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&lt;b&gt;Работник:&lt;/b&gt; Иванов Сергей Викторович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&lt;b&gt;Прежнее место работы:&lt;/b&gt; сервисный отдел, мастер-приёмщик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&lt;b&gt;Новое место работы:&lt;/b&gt; сервисный отдел, старший мастер-приёмщик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&lt;b&gt;Тарифная ставка (оклад):&lt;/b&gt; 62 000 (шестьдесят две тысячи) рублей 00 копеек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дополнительное соглашение к трудовому договору от 21.10.2026 № 3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(распоряжением) работник ознакомлен: ________________ / Иванов С. В.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работника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