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______________________________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№ ______________________________</w:t>
      </w:r>
    </w:p>
    <w:p>
      <w:pPr>
        <w:spacing w:after="200" w:before="0"/>
        <w:jc w:val="center"/>
      </w:pPr>
      <w:r>
        <w:rPr>
          <w:b/>
          <w:sz w:val="24"/>
        </w:rPr>
        <w:t>об отстранении работника от работы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связи с появлением работника на работе в состоянии опьянения (______________________________), на основании статьи 76 Трудового кодекса Российской Федерации ПРИКАЗЫВАЮ: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Отстранить от работы ______________________________ с ______________________________ до устранения обстоятельств, явившихся основанием для отстранения.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Заработную плату за период отстранения не начислять (ч. 3 ст. 76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Непосредственному руководителю работника обеспечить исполнение приказа, отделу кадров отражать время отстранения в табеле учёта рабочего времени.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ознакомлен(-а): ________________ / ____________________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отстранении от работы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