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</w:pPr>
      <w:r>
        <w:rPr>
          <w:b w:val="0"/>
          <w:sz w:val="24"/>
        </w:rPr>
      </w:r>
    </w:p>
    <w:p>
      <w:pPr>
        <w:spacing w:after="40" w:before="0"/>
        <w:jc w:val="center"/>
      </w:pPr>
      <w:r>
        <w:rPr>
          <w:b/>
          <w:sz w:val="28"/>
        </w:rPr>
        <w:t>ПРИКАЗ № ______________________________</w:t>
      </w:r>
    </w:p>
    <w:p>
      <w:pPr>
        <w:spacing w:after="200" w:before="0"/>
        <w:jc w:val="center"/>
      </w:pPr>
      <w:r>
        <w:rPr>
          <w:b/>
          <w:sz w:val="24"/>
        </w:rPr>
        <w:t>об отзыве работника из отпуска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части 2 статьи 125 Трудового кодекса Российской Федерации, с согласия работника, ______________________________ ПРИКАЗЫВАЮ: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Отозвать ______________________________ из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Работнику приступить к исполнению трудовых обязанностей с «___» ____________ 20___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Неиспользованную часть отпуска продолжительностью ____ (______________) календарных дней предоставить работнику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Бухгалтерии произвести перерасчёт отпускных за неиспользованные дни отпуска.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отзывом из отпуска согласен(-на), с приказом ознакомлен(-а): ________________ / ____________________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отзыве из отпуска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