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денежных средств в возмещение ущерба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Тюмень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Лебедева Олеся Игоревна, паспорт 7110 123456, получил(-а) от Никитина Андрея Сергеевича, паспорт 7105 654321 денежные средства в сумме 45 000 (сорок пять тысяч) рублей 00 копеек в счёт возмещения ущерба, причинённого моему автомобилю в результате дорожно-транспортного происшествия, произошедшего 23.10.2026 во дворе дома № 100 по ул. Республики в г. Тюмени с участием автомобилей Kia Rio, госномер М321ТТ72, и Toyota Corolla, госномер Е654АА72.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Ущерб возмещён мне полностью. Претензий материального и иного характера, связанных с указанным ДТП, к нему не имею.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Лебедева О.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возмещении ущерба при ДТП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