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 получении денежных средств в счёт возврата долга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паспорт ______________________________, зарегистрированный(-ая) по адресу: ______________________________, получил(-а) от ______________________________, паспорт ______________________________, наличными денежные средства в сумме ____________ (____________________________________) рублей в счёт возврата долга по документу: ______________________________ (сумма долга — ____________ (____________________________________) рублей).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Долг по указанному документу погашен полностью. Претензий к ______________________________ по возврату суммы займа, процентов и неустойки не имею.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Оригинал долгового документа возвращён мною заёмщику.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возврате долга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