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РАСПИСКА</w:t>
      </w:r>
    </w:p>
    <w:p>
      <w:pPr>
        <w:spacing w:after="200" w:before="0"/>
        <w:jc w:val="center"/>
      </w:pPr>
      <w:r>
        <w:rPr>
          <w:b/>
          <w:sz w:val="24"/>
        </w:rPr>
        <w:t>о получении денежных средств в счёт возврата долга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Нижний Новгород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17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Кузнецов Олег Михайлович, паспорт 2205 101010, ОВД Нижегородского р-на г. Нижнего Новгорода, 15.03.2006, зарегистрированный(-ая) по адресу: г. Нижний Новгород, ул. Белинского, д. 32, кв. 18, получил(-а) от Лаврентьев Игорь Петрович, паспорт 2210 202020, ГУ МВД России по Нижегородской обл., 01.12.2010, наличными денежные средства в сумме 300 000 (триста тысяч) рублей 00 копеек в счёт возврата долга по документу: расписка о получении денежных средств в долг от 10.01.2026 (сумма долга — 300 000 (триста тысяч) рублей 00 копеек).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Долг по указанному документу погашен полностью. Претензий к Лаврентьев Игорь Петрович по возврату суммы займа, процентов и неустойки не имею.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Оригинал долгового документа возвращён мною заёмщику.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Расписка написана мною добровольно, без какого-либо принуждения.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Займодавец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Кузнецов Олег Михайлович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возврате долга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