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об отсутствии претензий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паспорт ______________________________, зарегистрированный(-ая) по адресу: ______________________________, настоящей распиской подтверждаю, что в результате ____________________________________________________________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Ущерб возмещён ______________________________, паспорт ______________________________, в согласованном сторонами порядке.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Вред здоровью мне и иным лицам в результате указанного события не причинён.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Материальных и иных претензий к ______________________________, связанных с указанным событием, не имею и иметь не буду, в том числе не буду обращаться в суд с требованием о возмещении ущерба по этому событию.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Расписка написана мною добровольно, без какого-либо принуждения.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Пострадавший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об отсутствии претензий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