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об отсутствии претензий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Захаров Николай Петрович, паспорт 0310 556677, выдан ОУФМС России по Краснодарскому краю 18.11.2010, зарегистрированный(-ая) по адресу: г. Краснодар, ул. Северная, д. 210, кв. 14, настоящей распиской подтверждаю, что в результате дорожно-транспортного происшествия 15.10.2026 около 18:30 по адресу: г. Краснодар, ул. Красная, д. 100, с участием автомобиля Toyota Camry, госномер К123МР123, под моим управлением и автомобиля Hyundai Solaris, госномер А456ВС93, под управлением Белоусова И. А. повреждены задний бампер и крышка багажника моего автомобиля.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счёт возмещения причинённого ущерба я получил(-а) от Белоусов Игорь Андреевич, паспорт 0315 889900, выдан ГУ МВД России по Краснодарскому краю 02.04.2016, наличными денежные средства в сумме 85 000 (восемьдесят пять тысяч) рублей 00 копеек. Сумма возмещения согласована сторонами и признаётся мною достаточной.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Вред здоровью мне и иным лицам в результате указанного события не причинён.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Материальных и иных претензий к Белоусов Игорь Андреевич, связанных с указанным событием, не имею и иметь не буду, в том числе не буду обращаться в суд с требованием о возмещении ущерба по этому событию.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Пострадавший (деньги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Захаров Николай Петрович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отсутствии претензий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