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о получении денежных средств в долг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__.__.____ года рождения, паспорт ______________, выдан ______________________________, зарегистрированный(-ая) по адресу: ______________________________, получил(-а) в долг от ______________________________, __.__.____ года рождения, паспорт ______________, выдан ______________________________, зарегистрированного(-ой) по адресу: ______________________________, денежные средства в сумме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Обязуюсь вернуть указанную сумму в срок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 пользование займом обязуюсь уплатить проценты в размере ______ % годовых, начисляемые на сумму займа со дня её получения до дня возврата включительно. Проценты уплачиваются одновременно с возвратом суммы займа.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получены мною полностью в момент составления настоящей расписки.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Расписка написана мною добровольно, в здравом уме, без какого-либо принуждения.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Долговая расписка с процентами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