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 получении денежных средств в долг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__.__.____ года рождения, паспорт ______________, выдан ______________________________, зарегистрированный(-ая) по адресу: ______________________________, получил(-а) в долг от ______________________________, __.__.____ года рождения, паспорт ______________, выдан ______________________________, зарегистрированного(-ой) по адресу: ______________________________, денежные средства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Обязуюсь вернуть указанную сумму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Заём является беспроцентным: проценты за пользование денежными средствами не начисляются.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полностью в момент составления настоящей расписки.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в здравом уме,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расписка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