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о получении денежных средств в долг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Казань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Кузнецов Андрей Павлович, 21.07.1990 года рождения, паспорт 92 04 112233, выдан МВД по Республике Татарстан, 05.08.2020, зарегистрированный(-ая) по адресу: г. Казань, ул. Баумана, д. 10, кв. 4, получил(-а) в долг от Галиев Рустам Ильдарович, 30.01.1982 года рождения, паспорт 92 10 445566, выдан МВД по Республике Татарстан, 14.02.2017, зарегистрированного(-ой) по адресу: г. Казань, пр. Победы, д. 22, кв. 81, денежные средства в сумме 300 000 (триста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Обязуюсь вернуть указанную сумму в срок до 17 апреля 2027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Заём является беспроцентным: проценты за пользование денежными средствами не начисляются.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случае нарушения срока возврата обязуюсь уплатить неустойку в размере 0,1 % от невозвращённой суммы за каждый день просрочки.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 в момент составления настоящей расписки.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Расписка написана мною добровольно, в здравом уме, без какого-либо принуждения.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Заёмщик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Кузнецов Андрей Павлович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Долговая расписка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