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алиментов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получил(-а) от ______________________________ денежные средства в сумме ____________ (____________________________________) рублей в качестве алиментов на содержание несовершеннолетнего ребёнка (детей) ______________________________ за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Основание выплаты: ______________________________. Алименты за указанный период получены полностью, претензий по их размеру и сроку уплаты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алиментов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