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алиментов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Омск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Фомина Светлана Андреевна, паспорт 5210 123456, получил(-а) от Фомина Константина Олеговича, паспорт 5208 654321 денежные средства в сумме 15 000 (пятнадцать тысяч) рублей 00 копеек в качестве алиментов на содержание несовершеннолетнего ребёнка (детей) Фомина Дениса Константиновича, 15.03.2018 года рождения за октябрь 2026 года.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 выплаты: решение мирового судьи судебного участка № 101 в Центральном судебном районе г. Омска от 10.02.2025 по делу № 2-345/2025. Алименты за указанный период получены полностью, претензий по их размеру и сроку уплаты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Фомина С.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алиментов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