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паспорт ______________, получил(-а) от ______________________________, паспорт ______________, денежные средства в сумме ____________ (____________________________________) рублей в качестве платы за наём квартиры по адресу: ______________________________ за ______________________________ по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Деньги получены полностью, претензий к Нанимателю по указанному платежу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 за аренду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