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РАСПИСКА</w:t>
      </w:r>
    </w:p>
    <w:p>
      <w:pPr>
        <w:spacing w:after="200" w:before="0"/>
        <w:jc w:val="center"/>
      </w:pPr>
      <w:r>
        <w:rPr>
          <w:b/>
          <w:sz w:val="24"/>
        </w:rPr>
        <w:t>в получении денежных средств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Москва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5 ноября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Романова Галина Петровна, паспорт 45 06 343536, получил(-а) от Яковлев Илья Романович, паспорт 17 15 373839, денежные средства в сумме 65 000 (шестьдесят пять тысяч) рублей 00 копеек в качестве платы за наём квартиры по адресу: г. Москва, ул. Профсоюзная, д. 104, кв. 58 за ноябрь 2026 года по договору найма квартиры от 17.10.2026.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Деньги получены полностью, претензий к Нанимателю по указанному платежу не имею.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5 ноября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Романова Г. П.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денег за аренду квартиры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