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денежных средств за квартиру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паспорт ______________________________, зарегистрированный(-ая) по адресу: ______________________________, получил(-а) от покупателя — ______________________________, паспорт ______________________________, — денежные средства в сумме ____________ (____________________________________) рублей в полную оплату цены квартиры по адресу: ______________________________, по договору: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получены мной полностью. Расчёт за квартиру произведён в полном объёме, претензий к покупателю по оплате не имею.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денег за квартиру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