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 за квартиру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Кравцова Елена Михайловна, паспорт 0317 445566, выдан ГУ МВД России по Краснодарскому краю 20.05.2017, зарегистрированный(-ая) по адресу: 350000, г. Краснодар, ул. Северная, д. 324, кв. 45, получил(-а) от покупателя — Орлов Денис Сергеевич, паспорт 0319 778899, выдан ГУ МВД России по Краснодарскому краю 10.12.2019, — денежные средства в сумме 6 300 000 (шесть миллионов триста тысяч) рублей 00 копеек в полную оплату цены квартиры по адресу: г. Краснодар, ул. Северная, д. 324, кв. 45, по договору: договор купли-продажи квартиры от 22.10.2026.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мной полностью. Расчёт за квартиру произведён в полном объёме, претензий к покупателю по оплате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Кравцова Елена Михайловна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 за квартиру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