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__.__.____ года рождения, паспорт ______________, выдан ______________________________, зарегистрированный(-ая) по адресу: ______________________________, получил(-а) от ______________________________, __.__.____ года рождения, паспорт ______________, выдан ______________________________, зарегистрированного(-ой) по адресу: ______________________________, денежные средства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 передачи денежных средств: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полностью, пересчитаны лично.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Претензий к передавшей стороне по передаче указанной суммы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Деньги получил(-а)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Деньги передал(-а)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