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РАСПИСКА</w:t>
      </w:r>
    </w:p>
    <w:p>
      <w:pPr>
        <w:spacing w:after="200" w:before="0"/>
        <w:jc w:val="center"/>
      </w:pPr>
      <w:r>
        <w:rPr>
          <w:b/>
          <w:sz w:val="24"/>
        </w:rPr>
        <w:t>в получении денежных средств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Москва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17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Я, Петров Сергей Николаевич, 12.03.1985 года рождения, паспорт 45 10 123456, выдан ГУ МВД России по г. Москве, 15.04.2015, зарегистрированный(-ая) по адресу: г. Москва, ул. Ленина, д. 5, кв. 12, получил(-а) от Смирнова Ольга Викторовна, 02.11.1979 года рождения, паспорт 45 12 654321, выдан ГУ МВД России по Московской обл., 20.06.2019, зарегистрированного(-ой) по адресу: Московская обл., г. Химки, ул. Мира, д. 3, кв. 7, денежные средства в сумме 150 000 (сто пятьдесят тысяч) рублей 00 копеек.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Основание передачи денежных средств: в счёт оплаты по договору купли-продажи гаражного бокса от 17.10.2026.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Денежные средства получены мною полностью, пересчитаны лично.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Претензий к передавшей стороне по передаче указанной суммы не имею.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Деньги получил(-а)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Петров Сергей Николаевич</w:t>
            </w:r>
          </w:p>
        </w:tc>
      </w:tr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Деньги передал(-а)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Смирнова Ольга Викторовна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денег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