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документов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 (______________________________), получил(-а) от ______________________________ следующие документы: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Обязуюсь обеспечить сохранность документов и не передавать их третьим лицам без согласия передавшей стороны.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получены мною в полном объёме, в указанном количестве листов, без повреждений.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Документы получил(-а)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Документы передал(-а)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