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документов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Ковалёва Ирина Сергеевна (паспорт 4512 334455, выдан ГУ МВД России по г. Москве 10.02.2013), получил(-а) от Тимофеев Андрей Павлович (паспорт 4515 667788, выдан ГУ МВД России по г. Москве 21.07.2016) следующие документы: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выписка из ЕГРН на квартиру по адресу: г. Москва, ул. Нагорная, д. 5, кв. 44 — оригинал, 3 л.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технический паспорт квартиры — оригинал, 6 л.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паспорта собственника — 2 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переданы для проверки юридической чистоты квартиры перед сделкой.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Обязуюсь обеспечить сохранность документов, не передавать их третьим лицам без согласия передавшей стороны и вернуть их в том же состоянии не позднее 24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получены мною в полном объёме, в указанном количестве листов, без повреждений.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Документы получил(-а)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Ковалёва Ирина Сергеевна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Документы передал(-а)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Тимофеев Андрей Павлович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