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РАСПИСКА</w:t>
      </w:r>
    </w:p>
    <w:p>
      <w:pPr>
        <w:spacing w:after="200" w:before="0"/>
        <w:jc w:val="center"/>
      </w:pPr>
      <w:r>
        <w:rPr>
          <w:b/>
          <w:sz w:val="24"/>
        </w:rPr>
        <w:t>в получении денежных средств за автомобиль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______________________________, паспорт ______________, выдан ______________________________, зарегистрированный(-ая) по адресу: ______________________________, получил(-а) от ______________________________, паспорт ______________, выдан ______________________________, зарегистрированного(-ой) по адресу: ______________________________, денежные средства в сумме ____________ (____________________________________) рублей за проданный мною автомобиль ______________________________, VIN ____________________, ______ года выпуска, государственный регистрационный знак ______________________________, по договору купли-продажи транспортного средства от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Указанная сумма является полной стоимостью автомобиля. Расчёт произведён полностью, претензий по оплате к покупателю не имею.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Денежные средства получены мною лично и пересчитаны.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Продавец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Покупатель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за автомобиль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