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 за автомобиль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Васильев Дмитрий Олегович, паспорт 50 03 121314, выдан ГУ МВД России по Новосибирской обл., 01.03.2018, зарегистрированный(-ая) по адресу: г. Новосибирск, ул. Кирова, д. 44, кв. 15, получил(-а) от Николаев Артём Игоревич, паспорт 50 15 151617, выдан ГУ МВД России по Новосибирской обл., 18.01.2019, зарегистрированного(-ой) по адресу: г. Новосибирск, ул. Гоголя, д. 7, кв. 101, денежные средства в сумме 1 150 000 (один миллион сто пятьдесят тысяч) рублей 00 копеек за проданный мною автомобиль LADA Vesta, VIN XTAGFK330LY123456, 2020 года выпуска, государственный регистрационный знак А123ВС154, по договору купли-продажи транспортного средства от 17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Указанная сумма является полной стоимостью автомобиля. Расчёт произведён полностью, претензий по оплате к покупателю не имею.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лично и пересчитаны.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Васильев Дмитрий Олегович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Николаев Артём Игоревич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 автомобиль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