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Получатель: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Банк получателя: ______________________________</w:t>
        <w:br/>
      </w:r>
      <w:r>
        <w:rPr>
          <w:b w:val="0"/>
          <w:sz w:val="24"/>
        </w:rPr>
        <w:t>БИК ______________________________, к/с ______________________________</w:t>
        <w:br/>
      </w:r>
      <w:r>
        <w:rPr>
          <w:b w:val="0"/>
          <w:sz w:val="24"/>
        </w:rPr>
        <w:t>р/с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СЧЁТ НА ОПЛАТУ № ______________________________ от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Плательщик: ______________________________, адрес: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Наименование; количество; единица; цена; сумма, руб.: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Итого к оплате: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Без НДС.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назначении платежа укажите номер и дату счёта.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Руководитель (ИП)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