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СЛУЖЕБНАЯ ЗАПИСКА</w:t>
      </w:r>
    </w:p>
    <w:p>
      <w:pPr>
        <w:spacing w:after="200" w:before="0"/>
        <w:jc w:val="center"/>
      </w:pPr>
      <w:r>
        <w:rPr>
          <w:b/>
          <w:sz w:val="24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