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договора найма жилого помещения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______________________________, именуемый(-ая) в дальнейшем «Наймодатель», и ______________________________, паспорт ______________________________, именуемый(-ая) в дальнейшем «Наниматель»,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Стороны по взаимному согласию расторгают ______________________________ (далее — договор), предметом которого является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Договор прекращает действие «___» ____________ 20___ г. В этот день Наниматель освобождает помещение и возвращает Наймодателю ключи и имущество по акту приёма-передачи.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Плата за наём внесена Нанимателем полностью за весь период пользования помещением. Стороны взаимных финансовых претензий по плате не имеют.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 момента прекращения договора обязательства сторон по нему прекращаются, за исключением обязательств по расчётам, указанных в настоящем соглашении, и возмещения ущерба, если он будет выявлен при приёмке помещения.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Соглашение составлено в двух экземплярах, по одному для каждой из сторон, и вступает в силу с момента подписания.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Наймодатель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Наниматель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