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расторжении договора найма жилого помещения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Москва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Романова Галина Петровна, паспорт 4506 343536, ОВД района Хамовники г. Москвы, 12.12.2006, именуемый(-ая) в дальнейшем «Наймодатель», и Яковлев Илья Романович, паспорт 1715 373839, УМВД России по Владимирской обл., 03.07.2015, именуемый(-ая) в дальнейшем «Наниматель»,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Стороны по взаимному согласию расторгают договор найма жилого помещения от 01.11.2025 (далее — договор), предметом которого является квартира по адресу: г. Москва, ул. Профсоюзная, д. 104, кв. 58.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Договор прекращает действие 31 октября 2026 г. В этот день Наниматель освобождает помещение и возвращает Наймодателю ключи и имущество по акту приёма-передачи.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Плата за наём внесена Нанимателем полностью за весь период пользования помещением. Стороны взаимных финансовых претензий по плате не имеют.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Наймодатель возвращает Нанимателю обеспечительный платёж в сумме 65 000 (шестьдесят пять тысяч) рублей 00 копеек в день возврата помещения по акту, если при приёмке не будет выявлено повреждений имущества сверх нормального износа.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С момента прекращения договора обязательства сторон по нему прекращаются, за исключением обязательств по расчётам, указанных в настоящем соглашении, и возмещения ущерба, если он будет выявлен при приёмке помещения.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Соглашение составлено в двух экземплярах, по одному для каждой из сторон, и вступает в силу с момента подписания.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Наймодатель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Романова Галина Петровна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Наниматель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Яковлев Илья Романович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аренды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