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разделе наследственного имущества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(дата рождения — «___» ____________ 20___ г.; ______________________________; адрес регистрации: ______________________________), ______________________________ (дата рождения — «___» ____________ 20___ г.; ______________________________; адрес регистрации: ______________________________), именуемые в дальнейшем «Наследники», заключили настоящее соглашение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ОБЩИЕ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Наследники приняли наследство, открывшееся «___» ____________ 20___ г. после смерти ______________________________. Доли Наследников в наследстве и документы, их подтверждающие: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В состав наследства, подлежащего разделу, входит: ____________________________________________________________.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РАЗДЕЛ НАСЛЕДСТВА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соответствии со статьёй 1165 ГК РФ Наследники производят раздел наследственного имущества следующим образом.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______________________________ получает в собственность: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______________________________ получает в собственность: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Наследники подтверждают, что произведённый раздел соответствует их волеизъявлению и они не имеют друг к другу претензий в связи с разделом наследства.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ПЕРЕХОД ПРАВ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Право собственности на движимое имущество переходит к Наследнику с момента подписания настоящего соглашения. Право собственности на недвижимое имущество подлежит государственной регистрации и возникает с момента такой регистрации (статья 8.1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Расходы по государственной регистрации и нотариальному удостоверению соглашения несут Наследники в равных долях, если иное не согласовано ими.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Соглашение вступает в силу с момента его подписания Наследниками, а если оно удостоверяется нотариально — с момента нотариального удостоверения.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Соглашение составлено в экземплярах по одному для каждого Наследника и, при необходимости, для органа регистрации прав.</w:t>
      </w:r>
    </w:p>
    <w:p>
      <w:pPr>
        <w:keepNext/>
        <w:spacing w:after="80" w:before="160"/>
        <w:jc w:val="center"/>
      </w:pPr>
      <w:r>
        <w:rPr>
          <w:b/>
          <w:sz w:val="24"/>
        </w:rPr>
        <w:t>ПОДПИСИ НАСЛЕДНИКОВ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Наследник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Наследник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наследственного имущества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