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фото- и видеосъёмку и использование изображения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паспорт ______________, проживающий(-ая) по адресу: ______________________________, в соответствии со статьёй 152.1 ГК РФ даю согласие ______________________________ на фото- и видеосъёмку меня в ходе: ______________________________, а также на обнародование и дальнейшее использование полученных изображений в следующих целях: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Публикация изображений вместе с фамилией, адресом и другими сведениями, позволяющими установить личность, не допускается. Изображения не используются для установления личности, не передаются третьим лицам для иных целей и не используются способами, порочащими честь и достоинство.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Согласие действует ______________________________ со дня подписания. Я вправе в любой момент отозвать согласие письменным заявлением, направленным по адресу ______________________________; после получения отзыва изображения должны быть удалены с ресурсов, где их разместил получатель согласия.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Контакты для связи: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использование изображения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