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СОГЛАСИЕ</w:t>
      </w:r>
    </w:p>
    <w:p>
      <w:pPr>
        <w:spacing w:after="200" w:before="0"/>
        <w:jc w:val="center"/>
      </w:pPr>
      <w:r>
        <w:rPr>
          <w:b/>
          <w:sz w:val="24"/>
        </w:rPr>
        <w:t>на фото- и видеосъёмку и использование изображения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Захарова Анна Петровна, паспорт 45 10 223344, проживающий(-ая) по адресу: г. Москва, ул. Строителей, д. 5, кв. 9, являясь законным представителем (родителем) несовершеннолетнего Захарова Варвара Дмитриевна, 12.05.2016 года рождения, в соответствии со статьёй 152.1 ГК РФ даю согласие ИП Смирнова Елена Олеговна, ИНН 772000000000, фотостудия «Кадр», г. Москва, ул. Новая, д. 1 на фото- и видеосъёмку моего ребёнка в ходе: фотосессия в детском танцевальном коллективе «Радуга» 25.10.2026, а также на обнародование и дальнейшее использование полученных изображений в следующих целях: размещение фотографий на сайте studio-kadr.ru и в сообществе студии во «ВКонтакте» в качестве примеров работ.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Публикация изображений вместе с фамилией, адресом и другими сведениями, позволяющими установить личность, не допускается. Изображения не используются для установления личности, не передаются третьим лицам для иных целей и не используются способами, порочащими честь и достоинство.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Согласие действует 3 года со дня подписания. Я вправе в любой момент отозвать согласие письменным заявлением, направленным по адресу ИП Смирнова Елена Олеговна, ИНН 772000000000, фотостудия «Кадр», г. Москва, ул. Новая, д. 1; после получения отзыва изображения должны быть удалены с ресурсов, где их разместил получатель согласия.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Контакты для связи: +7 903 111-22-33.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Захарова А. П.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использование изображения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