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СОГЛАСИЕ</w:t>
      </w:r>
    </w:p>
    <w:p>
      <w:pPr>
        <w:spacing w:after="200" w:before="0"/>
        <w:jc w:val="center"/>
      </w:pPr>
      <w:r>
        <w:rPr>
          <w:b/>
          <w:sz w:val="24"/>
        </w:rPr>
        <w:t>на обработку персональных данных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______________________________, зарегистрированный(ая) по адресу ______________________________, паспорт серия ______________________________ № ______________________________, выдан ______________________________, даю согласие ______________________________, зарегистрированному по адресу ______________________________, а также Министерству внутренних дел Российской Федерации, зарегистрированному по адресу г. Москва, ул. Житная д. 16, и Министерству цифрового развития, связи и массовых коммуникаций Российской Федерации, зарегистрированному по адресу г. Москва, Пресненская набережная, д. 10, строение 2,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доступ, обезличивание, блокирование, удаление, уничтожение) персональных данных, содержащихся в уведомлении о заключении трудового договора или гражданско-правового договора на выполнение работ (оказание услуг) с иностранным гражданином (лицом без гражданства).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Предоставляю право обработки вышеуказанных персональных данных в целях подачи уведомления о заключении трудового договора или гражданско-правового договора на выполнение работ (оказание услуг) с иностранным гражданином (лицом без гражданства).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ознакомлен(а) с тем, что: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1) настоящее согласие действует бессрочно с даты его подписания;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2) настоящее согласие может быть отозвано на основании письменного заявления в произвольной форме.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начала обработки персональных данных: __.__.____</w:t>
      </w:r>
    </w:p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</w:t>
        <w:br/>
      </w:r>
      <w:r>
        <w:rPr>
          <w:b w:val="0"/>
          <w:sz w:val="24"/>
        </w:rPr>
        <w:t>(подпись)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к уведомлению МВД об иностранном работнике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