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обработку персональных данных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Миронов Алексей Викторович, зарегистрированный(-ая) по адресу: г. Москва, ул. Широкая, д. 12, кв. 5, паспорт 4510 123456, выдан ОУФМС России по г. Москве 15.06.2011, в соответствии со статьёй 9 Федерального закона от 27.07.2006 № 152-ФЗ «О персональных данных» свободно, своей волей и в своём интересе даю согласие ООО «Альфа-Сервис», ИНН 7701234567, адрес: г. Москва, ул. Тверская, д. 7 (далее — оператор), на обработку моих персональных данных на следующих условиях.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Цель обработки: оформление трудовых отношений, ведение кадрового и бухгалтерского учёта, исчисление и уплата налогов и страховых взносов, предоставление сведений в Социальный фонд России и налоговые органы.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Перечень персональных данных, на обработку которых даётся согласие: фамилия, имя, отчество; дата и место рождения; паспортные данные; адрес регистрации и проживания; номер телефона; СНИЛС; ИНН; сведения об образовании; сведения о трудовой деятельности; семейное положение; банковские реквизиты.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Перечень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законом и указанных целями, обезличивание, блокирование, удаление, уничтожение. Обработка осуществляется с использованием средств автоматизации и без использования таких средств.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Согласие действует на срок действия трудового договора и сроки хранения документов, установленные законодательством.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Согласие может быть отозвано мною в любой момент путём направления оператору письменного заявления. В случае отзыва оператор вправе продолжить обработку без согласия при наличии оснований, указанных в пунктах 2–11 части 1 статьи 6 и части 2 статьи 10 Федерального закона № 152-ФЗ.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Настоящее согласие не является согласием на распространение персональных данных неограниченному кругу лиц.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Миронов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