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Наследник: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</w:t>
      </w:r>
    </w:p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принятие наследства наследником по истечении установленного срока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Петров Андрей Иванович, являюсь наследником, принявшим наследство (по закону, заявлением от 20.08.2026), открывшееся после смерти Петрова Ивана Сергеевича (дата рождения — 5 февраля 1950 г.), умершего(-ей) 15 января 2026 г. (свидетельство о смерти: V-АГ № 512345, выдано отделом ЗАГС Западного округа г. Краснодара 16.01.2026), наследственное дело № 123/2026.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пунктом 2 статьи 1155 ГК РФ даю согласие на то, чтобы указанное наследство принял(-а) наследник, пропустивший(-ая) срок, установленный для принятия наследства: Петрова Ольга Ивановна (дата рождения — 21 сентября 1983 г.; приходится наследодателю: дочь).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Мне известно, что наследство будет перераспределено с учётом доли этого наследника (пункт 2 статьи 1155 ГК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наследника на принятие наследства после истечения срока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