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Общество с ограниченной ответственностью «Альфа-Сервис»</w:t>
      </w:r>
    </w:p>
    <w:p>
      <w:pPr>
        <w:spacing w:after="200" w:before="0"/>
        <w:jc w:val="center"/>
      </w:pPr>
      <w:r>
        <w:rPr>
          <w:b/>
          <w:sz w:val="24"/>
        </w:rPr>
        <w:t>350000, г. Краснодар, ул. Красная, д. 10, ИНН 2310123456, ОГРН 1122310001234, тел. +7 861 200-00-00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Исх. № 214 от 22 октября 2026 г.</w:t>
      </w:r>
    </w:p>
    <w:p>
      <w:pPr>
        <w:spacing w:after="40" w:before="0"/>
        <w:jc w:val="center"/>
      </w:pPr>
      <w:r>
        <w:rPr>
          <w:b/>
          <w:sz w:val="28"/>
        </w:rPr>
        <w:t>СПРАВКА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Настоящая справка подтверждает, что Белова Анна Сергеевна, 14.05.1991 года рождения, действительно работает в указанной организации по основному месту работы в должности «бухгалтер» с 11 марта 2021 г. по настоящее время.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Средняя заработная плата за период апрель — сентябрь 2026 года составляет 78 000 (семьдесят восемь тысяч) рублей 00 копеек в месяц (до удержания налога на доходы физических лиц).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Справка выдана для предоставления по месту требования.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Смирнов А. В.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Главный бухгалтер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Кузнецова Т.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М. П. (при наличии)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с места работы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