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12/2026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Индивидуальный предприниматель Савельев Андрей Петрович, ОГРНИП 323230000123453, ИНН 234567890124, паспорт 0312 445566, выдан ГУ МВД России по Краснодарскому краю 10.02.2018, именуемый в дальнейшем «Работодатель», с одной стороны, и Белова Анна Сергеевна, паспорт 0315 112233, выдан ГУ МВД России по Краснодарскому краю 05.06.2019,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«менеджер по продажам» в подразделение «отдел продаж»,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Трудовая функция Работника: консультирование покупателей, оформление заказов, ведение клиентской базы.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Место работы: ИП Савельев А. П., г. Краснодар, ул. Северная, д. 324.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В целях проверки соответствия Работника поручаемой работе ему устанавливается испытание продолжительностью три месяца (статья 70 ТК РФ).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45 000 (сорок пять тысяч)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Работнику устанавливаются следующие доплаты, надбавки и поощрительные выплаты: ежемесячная премия по итогам работы в соответствии с Положением об оплате труда и премировании.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Заработная плата выплачивается не реже чем каждые полмесяца: за первую половину месяца — 25-го числа текущего месяца, за вторую половину месяца — 10-го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с 9:00 до 18:00, перерыв для отдыха и питания с 13:00 до 14:00.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ИП Савельев Андрей Петрович</w:t>
              <w:br/>
            </w:r>
            <w:r>
              <w:rPr>
                <w:b w:val="0"/>
                <w:sz w:val="24"/>
              </w:rPr>
              <w:t>ИНН 234567890124</w:t>
              <w:br/>
            </w:r>
            <w:r>
              <w:rPr>
                <w:b w:val="0"/>
                <w:sz w:val="24"/>
              </w:rPr>
              <w:t>ОГРНИП 323230000123453</w:t>
              <w:br/>
            </w:r>
            <w:r>
              <w:rPr>
                <w:b w:val="0"/>
                <w:sz w:val="24"/>
              </w:rPr>
              <w:t>Адрес: 350000, г. Краснодар, ул. Северная, д. 324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Белова Анна Сергеевна</w:t>
              <w:br/>
            </w:r>
            <w:r>
              <w:rPr>
                <w:b w:val="0"/>
                <w:sz w:val="24"/>
              </w:rPr>
              <w:t>паспорт 0315 112233, выдан ГУ МВД России по Краснодарскому краю 05.06.2019</w:t>
              <w:br/>
            </w:r>
            <w:r>
              <w:rPr>
                <w:b w:val="0"/>
                <w:sz w:val="24"/>
              </w:rPr>
              <w:t>Адрес: г. Краснодар, ул. Красная, д. 150, кв. 8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Савельев А. П.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ИП с работником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