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______________________________ от «___» ____________ 20___ г.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необходимости явиться за трудовой книжкой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Уведомляем, что ______________________________. В день увольнения вы отсутствовали на работе (отказались от получения трудовой книжки), в связи с чем выдать вам трудовую книжку не представилось возможным.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6 статьи 84.1 ТК РФ просим вас явиться за трудовой книжкой в отдел кадров ______________________________ по адресу: ______________________________, ______________________________, или дать письменное согласие на её направление по почте, указав адрес.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 дня направления настоящего уведомления работодатель освобождается от ответственности за задержку выдачи трудовой книжки. Другие документы, связанные с работой, и окончательный расчёт будут выданы (перечислены) вам в установленном порядке.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Форма согласия: «Я, ___________________, даю согласие на направление моей трудовой книжки по почте по адресу: ______________________. Дата, подпись».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явиться за трудовой книжкой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