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одностороннем отказе от договора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заключён ______________________________ (далее — договор), предметом которого является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Договор заключён на неопределённый срок. На основании пункта 2 статьи 610 ГК РФ уведомляю об отказе от договора. Договор считается прекращённым «___» ____________ 20___ г., но не ранее чем через три месяца с момента получения настоящего уведомления.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Помещение будет возвращено по акту приёма-передачи «___» ____________ 20___ г. Прошу обеспечить присутствие уполномоченного представителя для осмотра и подписания акта.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