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Карпову Евгению Сергеевичу</w:t>
        <w:br/>
      </w:r>
      <w:r>
        <w:rPr>
          <w:b w:val="0"/>
          <w:sz w:val="24"/>
        </w:rPr>
        <w:t>Адрес: г. Екатеринбург, ул. Малышева, д. 31, кв. 8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ООО «Северный ветер»</w:t>
        <w:br/>
      </w:r>
      <w:r>
        <w:rPr>
          <w:b w:val="0"/>
          <w:sz w:val="24"/>
        </w:rPr>
        <w:t>Адрес: г. Екатеринбург, ул. Белинского, д. 86, офис 12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об одностороннем отказе от договора аренды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нами заключён договор аренды нежилого помещения № 1/11 от 17.10.2026 (далее — договор), предметом которого является нежилое помещение по адресу: г. Екатеринбург, ул. 8 Марта, д. 51, пом. 14.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пункта 5.2 договора и статьи 450.1 ГК РФ уведомляю об одностороннем отказе от исполнения договора. Договор считается прекращённым 28 февраля 2027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Помещение будет возвращено по акту приёма-передачи 28 февраля 2027 г. Прошу обеспечить присутствие уполномоченного представителя для осмотра и подписания акта.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вернуть обеспечительный платёж за вычетом сумм, подлежащих удержанию по договору, в течение 10 рабочих дней после подписания акта возврата.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25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Директор Лаптев Р. А.</w:t>
              <w:br/>
            </w:r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аренды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