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предстоящем увольнении в связи с сокращением штата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уведомляет Вас о том, что в связи с сокращением штата работников занимаемая Вами должность «______________________________» подлежит сокращению. Трудовой договор с Вами будет расторгнут «___» ____________ 20___ г. по пункту 2 части первой статьи 81 Трудового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Вакантных должностей (работы), соответствующих Вашей квалификации, а также вакантных нижестоящих должностей (нижеоплачиваемой работы), которые Вы могли бы выполнять с учётом состояния здоровья, в настоящее время нет. При их появлении до дня увольнения они будут Вам предложены (часть третья статьи 81 Трудового кодекса Российской Федерации).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Вашего письменного согласия трудовой договор может быть расторгнут до истечения срока предупреждения с выплатой дополнительной компенсации в размере среднего заработка, исчисленного пропорционально времени, оставшемуся до истечения срока предупреждения (часть третья статьи 180 Трудового кодекса Российской Федерации).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увольнении Вам будут выплачены выходное пособие и предоставлены гарантии, предусмотренные статьёй 178 Трудового кодекса Российской Федерации.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численности или штата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